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צְפַרְדֵּעַ בַּבְּרֵכָה – תרגול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המילה 'צְפַרְדֵּעַ' מהברה להברה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פירמידת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קופצת ושוחה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שָׁלוֹם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הקראה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(שני נקודות קטנות מתחת לאות)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(חיה קופצת שחיה גם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עם מים שבו שוחים)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(חלק קטן במילה שקוראים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(תרגול שבו מוסיפים כל פעם עוד שורה)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אות אחת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הברה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צפרדע בשלמותה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הצירוף צפרדע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משפט שלם על הצפרדע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שמתאר צפרדע קופצת או שוחה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 לדלג על אות ולקרוא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 עם מים, צמחים וקול קרקור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של שתי נקודות מתחת 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צפרדע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קופצת ושוחה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הדף יחד כקבוצה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השווא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צְפַרְדֵּעַ בַּבְּרֵכָה – תרגול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המילה 'צפרדע' ואת סימן הניקוד שְׁוָא, בעזרת פירמידת קריאה שמוסיפה שורה אחרי שורה.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סימן ניקוד יש מתחת לאות הראשונה במילה 'צְפַרְדֵּעַ'?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נמצאת הצפרדע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הברות יש במילה 'צפרדע'?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צפרדע בדרך כלל ליד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קופצת ושוחה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עפה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זוחלת לאט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מילה יש שווא בתחילת המילה, כמו ב'צפרדע'?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שָׁלוֹם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יֶלֶד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בֹּקֶר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אפשר ללחוץ כדי לשמוע איך קוראים את המילה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עוד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הקראה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הצגת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הצפרדע קופצת לתוך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צפרדע יש אות אחת עם שווא, האות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הצפרדע משמיעה קול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צפרדע חיה גם באדמה וגם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המילה 'צפרדע' בדף למדנו את המילה '__________ קטן'.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שְׁווָא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עם מים שבו שוחים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צְפַרְדֵּעַ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תרגול שבו מוסיפים כל פעם עוד 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בְּרֵכָה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שני נקודות קטנות מתחת 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הֲבָרָה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קופצת שחיה גם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פִּירָמִידַת קְרִיאָה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קטן במילה שקוראים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צפרדע בשלמותה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הצירוף צפרדע בברכה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הברה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משפט שלם על הצפרדע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אות אחת עם שווא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כִּתבו משפט אחד על הצפרדע בברכה.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לקרוא לאט כשיש שווא במילה?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במילים איך נראית הברכה של הצפרדע.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מילה מהדף יש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הצפרדע בברכה?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צְפַרְדֵּעַ בַּבְּרֵכָה – תרגול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