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צְפַרְדֵּעַ בַּבְּרֵכָה – תרגול שְׁוָא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של מילים עם שְׁוָא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את המילה 'צְפַרְדֵּעַ' מהברה להברה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עקרון פירמידת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ושווא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שווא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בברכה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קופצת ושוחה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שָׁלוֹם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הקראה לדוגמה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קרקור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חתול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א (שני נקודות קטנות מתחת לאות)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(חיה קופצת שחיה גם במים)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(מקום עם מים שבו שוחים)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(חלק קטן במילה שקוראים ביחד)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(תרגול שבו מוסיפים כל פעם עוד שורה)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נכון של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אות אחת עם שווא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 הברה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קוראים את המילה צפרדע בשלמותה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קוראים את הצירוף צפרדע בברכה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קוראים משפט שלם על הצפרדע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שמתאר צפרדע קופצת או שוחה בברכה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לא לדלג על אות ולקרוא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תיאור קצר עם מים, צמחים וקול קרקור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שווא הוא סימן של שתי נקודות מתחת לאות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המילה צפרדע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קופצת ושוחה במים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הדף יחד כקבוצה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להדגים את השווא על הלוח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צְפַרְדֵּעַ בַּבְּרֵכָה – תרגול שְׁוָא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היום נלמד על צפרדע ועל שווא. נקרא מילים קטנות ואז מילה גדולה יותר.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שְׁווָא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שני נקודות קטנות מתחת לאות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צְפַרְדֵּעַ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חיה קטנה שקופצת ושוחה במים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בְּרֵכָה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עם מים לשחייה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הֲבָרָה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קטן במילה שקוראים ביחד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פִּירָמִידָה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צורה שבה כל שורה מוסיפה עוד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קִרְקוּר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הקול שמשמיעה הצפרדע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קְרִיאָה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להגיד את המילים שכתובות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ושווא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סימן קטן יש מתחת לאות הראשונה?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פתח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הצפרדע?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בברכה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במדבר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חלקים יש במילה צפרדע?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עושה הצפרדע?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ישנה כל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קופצת ושוחה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עפה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זוחלת לאט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מתחילה עם שווא?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שָׁלוֹם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שֶׁמֶשׁ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יֶלֶד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בֹּקֶר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איך שומעים הקראה של המילה?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עוד שורה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הקראה לדוגמה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הצגת הכול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הצפרדע קופצת לתוך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במילה צפרדע יש אות אחת עם שווא, האות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הצפרדע משמיעה קול שנקרא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צפרדע חיה גם באדמה וגם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לפני המילה 'צפרדע' בדף למדנו את המילה '__________ קטן'.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שְׁווָא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שני נקודות קטנות מתחת לאות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צְפַרְדֵּעַ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מקום עם מים שבו שוחים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בְּרֵכָה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חלק קטן במילה שקוראים ביחד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הֲבָרָה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תרגול שבו מוסיפים כל פעם עוד שורה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פִּירָמִידַת קְרִיאָה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חיה קופצת שחיה גם במים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 נכון של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הברה קצרה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משפט שלם על הצפרדע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הצירוף צפרדע בברכה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המילה צפרדע בשלמותה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אות אחת עם שווא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כִּתבו משפט אחד על הצפרדע בברכה.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כדאי לקרוא לאט כשיש שווא במילה?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במילים איך נראית הברכה של הצפרדע.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שווא?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מילה מהדף יש שווא?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עושה הצפרדע בברכה?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צְפַרְדֵּעַ בַּבְּרֵכָה – תרגול שְׁוָא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