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צְפַרְדֵּעַ בַּבְּרֵכָה – תרגול שְׁוָא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של מילים עם שְׁוָא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את המילה 'צְפַרְדֵּעַ' מהברה להברה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עקרון פירמידת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ושווא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בברכה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קופצת ושוחה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קרקור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(שני נקודות קטנות מתחת לאות)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(חיה קופצת שחיה גם במים)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(מקום עם מים שבו שוחים)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(חלק קטן במילה שקוראים ביחד)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נכון של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אות אחת עם 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הברה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את המילה צפרדע בשלמותה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קוראים את הצירוף צפרדע בברכה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שמתאר צפרדע קופצת או שוחה בברכה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שווא הוא סימן של שתי נקודות מתחת לאות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המילה צפרדע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קופצת ושוחה במים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הדף יחד כקבוצה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את השווא על הלוח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צְפַרְדֵּעַ בַּבְּרֵכָה – תרגול שְׁוָא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המילה 'צפרדע' ואת סימן הניקוד שְׁוָא, בעזרת פירמידת קריאה שמוסיפה שורה אחרי שורה.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ברכה  ·  צ  ·  קרקור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ושווא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סימן ניקוד יש מתחת לאות הראשונה במילה 'צְפַרְדֵּעַ'?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חיריק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איפה נמצאת הצפרדע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בברכה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עושה צפרדע בדרך כלל ליד 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ישנה כל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קופצת ושוחה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עפה גבוה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הצפרדע קופצת לתוך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במילה צפרדע יש אות אחת עם שווא, האות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הצפרדע משמיעה קול שנקרא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שְׁווָא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מקום עם מים שבו שוחים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צְפַרְדֵּעַ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חיה קופצת שחיה גם במים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בְּרֵכָה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שני נקודות קטנות מתחת לאות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הֲבָרָה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חלק קטן במילה שקוראים ביחד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 נכון של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הברה קצרה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הצירוף צפרדע בברכה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אות אחת עם שווא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המילה צפרדע בשלמותה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כִּתבו משפט אחד על הצפרדע בברכה.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שווא?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באיזו מילה מהדף יש שווא?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צְפַרְדֵּעַ בַּבְּרֵכָה – תרגול שְׁוָא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